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אמצעים אומנותיים בספרות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שישה אמצעים אומנותיים: דימוי, מטאפורה, האנשה, ניגוד, חזרה וסמל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ציטוט והסבר של תרומת האמצעי לטקסט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משפטים מקוריים הכוללים אמצעים אומנותיים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א׳ – זיהוי אמצעים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מטאפורה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ניגוד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חזרה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סמל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ההבדל העיקרי בין דימוי למטאפורה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מטאפורה היא השוואה ישירה בלי מילת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ההגדרה המדויקת של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חזרה היא אמצעי מכוון להדגשת רעיון או 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ההגדרה המדויקת של סמל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מטאפורה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סמל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(השוואה בעזרת מילה כמו 'כמו' או 'כאילו')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(השוואה ישירה בלי מילת דימוי)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(ייחוס תכונות אנושיות לדבר דומם)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(הצגת שני דברים מנוגדים זה לצד 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(שימוש חוזר במילה או בביטוי להדגשה)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(חפץ או דמות שמייצגים רעיון רחב)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ה׳ – ניתוח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האנשה – השמיים מקבלים תכונה אנושית (בכי), מה שיוצר אווירה עצובה ומוסיף רגש לתיאור הגשם.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ו׳ – כתיבה יוצרת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שיש שלושה משפטים מקוריים, שכל אמצעי מזוהה נכון ומתאים לשם שניתן לו, ושהמשפטים שלמים ותקניים.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דימוי משתמש במילת השוואה, מטאפורה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שבה מילה או ביטוי חוזרים להדגשה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שסמל מייצג רעיון רחב יותר מעבר למשמעות המילולית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המשפטים בקול לפני המענה כדי לחדד את ההקשבה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על חלק ד׳ (התאמה) במליאה לפני המעבר לכתיבה היוצרת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יש לבדוק זיהוי נכון + דוגמה מתאימה + הסבר קצר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אמצעים אומנותיים בספרות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לזהות דימוי, מטאפורה, האנשה, ניגוד, חזרה וסמל במשפטים קצרים, ונכתוב משפטים משלנו.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דימוי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בעזרת מילה כמו 'כמו' או 'כאילו'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מטאפורה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ישירה בלי מילת דימוי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האנשה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נתינת תכונות של בן אדם לדבר שאינו 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ניגוד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הצגת שני דברים הפוכים זה לצד 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חזרה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שימוש חוזר במילה או בביטוי כדי להדגיש רעיון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חפץ או דמות שמייצגים רעיון גדול יותר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א׳ – זיהוי אמצעים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אמצעי מופיע במשפט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אמצעי מופיע במשפט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אמצעי מופיע במשפט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אמצעי מופיע במשפט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אמצעי מופיע במשפט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הדגל הלבן מייצג?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ניגוד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דימוי משתמש במילת השוואה כמו 'כמו' או 'כאילו'.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מטאפורה תמיד כוללת את המילה 'כמו'.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האנשה היא נתינת תכונות אדם לדבר שאינו אדם.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חזרה היא טעות כתיבה שיש להימנע ממנה.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סמל הוא חפץ או דמות שמייצגים רעיון רחב יותר.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חלק ג׳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הביטוי 'מהיר כברק' הוא דוגמה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המשפט 'הלב שלי נשבר לאלף רסיסים'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שימוש חוזר במילה כדי להדגיש רעיון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חפץ שמייצג רעיון גדול יותר בסיפור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הצגת שני דברים מנוגדים זה לצד 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מטאפורה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השוואה בעזרת מילה כמו 'כמו' או 'כאילו'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האנשה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השוואה ישירה בלי מילת דימוי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ניגוד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חפץ או דמות שמייצגים רעיון רחב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חזרה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ייחוס תכונות אנושיות לדבר דומם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סמל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שימוש חוזר במילה או בביטוי להדגשה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חלק ה׳ – ניתוח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קראו: 'השמיים בכו כל הלילה'. אילו אמצעי מופיע כאן, ומה הוא תורם לאווירת הקטע?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חלק ו׳ – כתיבה 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מקוריים על הנושא 'יום ראשון בבית הספר': משפט עם דימוי, משפט עם ניגוד ומשפט עם חזרה. סמנו ליד כל משפט את שם האמצעי.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דימוי למטאפורה?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משלכם לחזרה.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תפקידו של סמל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אמצעים אומנותיים בספרות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