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אמצעים אומנותיים בספרות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שישה אמצעים אומנותיים: דימוי, מטאפורה, האנשה, ניגוד, חזרה וסמל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ציטוט והסבר של תרומת האמצעי לטקסט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משפטים מקוריים הכוללים אמצעים אומנותיים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א׳ – זיהוי אמצעים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דימוי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ההבדל העיקרי בין דימוי למטאפורה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מטאפורה היא השוואה ישירה בלי מילת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ההגדרה המדויקת של האנשה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מטאפורה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(השוואה בעזרת מילה כמו 'כמו' או 'כאילו')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(השוואה ישירה בלי מילת דימוי)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(ייחוס תכונות אנושיות לדבר דומם)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(הצגת שני דברים מנוגדים זה לצד זה)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ה׳ – ניתוח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ו׳ – כתיבה יוצרת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שיש שלושה משפטים מקוריים, שכל אמצעי מזוהה נכון ומתאים לשם שניתן לו, ושהמשפטים שלמים ותקניים.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דימוי משתמש במילת השוואה, מטאפורה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שבה מילה או ביטוי חוזרים להדגשה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שסמל מייצג רעיון רחב יותר מעבר למשמעות המילולית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המשפטים בקול לפני המענה כדי לחדד את ההקשבה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לעבור על חלק ד׳ (התאמה) במליאה לפני המעבר לכתיבה היוצרת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יש לבדוק זיהוי נכון + דוגמה מתאימה + הסבר קצר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אמצעים אומנותיים בספרות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זיהוי של אמצעים אומנותיים שונים בקטעי טקסט קצרים, ונתרגל גם כתיבה יצירתית משלנו תוך שימוש באמצעים אלה.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דימוי  ·  מטאפורה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חלק א׳ – זיהוי אמצעים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'הרוח נשקה לעלים בעדינות' – איזה אמצעי מופיע כאן?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'עיניה נצצו כמו יהלומים' – איזה אמצעי מופיע כאן?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דימוי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דימוי משתמש במילת השוואה כמו 'כמו' או 'כאילו'.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מטאפורה תמיד כוללת את המילה 'כמו'.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האנשה היא נתינת תכונות אדם לדבר שאינו אדם.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חלק ג׳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הביטוי 'מהיר כברק' הוא דוגמה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המשפט 'הלב שלי נשבר לאלף רסיסים'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הצגת שני דברים מנוגדים זה לצד 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מטאפורה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ייחוס תכונות אנושיות לדבר דומם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האנשה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השוואה בעזרת מילה כמו 'כמו' או 'כאילו'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ניגוד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השוואה ישירה בלי מילת דימוי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חלק ה׳ – ניתוח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חלק ו׳ – כתיבה יוצרת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שלושה משפטים מקוריים על הנושא 'יום ראשון בבית הספר': משפט עם דימוי, משפט עם ניגוד ומשפט עם חזרה. סמנו ליד כל משפט את שם האמצעי.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דימוי למטאפורה?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משלכם לחזרה.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אמצעים אומנותיים בספרות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